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123" w:rsidRDefault="00221E37">
      <w:pPr>
        <w:spacing w:after="40" w:line="240" w:lineRule="auto"/>
        <w:jc w:val="center"/>
      </w:pPr>
      <w:bookmarkStart w:id="0" w:name="_GoBack"/>
      <w:bookmarkEnd w:id="0"/>
      <w:r>
        <w:rPr>
          <w:rFonts w:ascii="Times New Roman" w:hAnsi="Times New Roman"/>
          <w:b/>
        </w:rPr>
        <w:t>EK-2</w:t>
      </w:r>
    </w:p>
    <w:p w:rsidR="00AD6123" w:rsidRDefault="00221E37">
      <w:pPr>
        <w:spacing w:after="0" w:line="240" w:lineRule="auto"/>
        <w:jc w:val="center"/>
      </w:pPr>
      <w:r>
        <w:rPr>
          <w:rFonts w:ascii="Times New Roman" w:hAnsi="Times New Roman"/>
          <w:b/>
          <w:sz w:val="22"/>
        </w:rPr>
        <w:t>T.C.</w:t>
      </w:r>
    </w:p>
    <w:p w:rsidR="00AD6123" w:rsidRDefault="00221E37">
      <w:pPr>
        <w:spacing w:after="0" w:line="240" w:lineRule="auto"/>
        <w:jc w:val="center"/>
      </w:pPr>
      <w:r>
        <w:rPr>
          <w:rFonts w:ascii="Times New Roman" w:hAnsi="Times New Roman"/>
          <w:b/>
          <w:sz w:val="22"/>
        </w:rPr>
        <w:t>IĞDIR ÜNİVERSİTESİ REKTÖRLÜĞÜ</w:t>
      </w:r>
    </w:p>
    <w:p w:rsidR="00AD6123" w:rsidRDefault="00221E37">
      <w:pPr>
        <w:spacing w:after="120" w:line="240" w:lineRule="auto"/>
        <w:jc w:val="center"/>
      </w:pPr>
      <w:r>
        <w:rPr>
          <w:rFonts w:ascii="Times New Roman" w:hAnsi="Times New Roman"/>
          <w:b/>
          <w:sz w:val="21"/>
        </w:rPr>
        <w:t>SAĞLIK VE SPOR BİLİMLERİ ARAŞTIRMA VE YAYIN ETİĞİ KURULU BAŞKANLIĞINA</w:t>
      </w:r>
    </w:p>
    <w:p w:rsidR="00AD6123" w:rsidRDefault="00221E37">
      <w:pPr>
        <w:keepNext/>
        <w:spacing w:after="140" w:line="240" w:lineRule="auto"/>
        <w:jc w:val="center"/>
      </w:pPr>
      <w:r>
        <w:rPr>
          <w:rFonts w:ascii="Times New Roman" w:hAnsi="Times New Roman"/>
          <w:b/>
          <w:sz w:val="24"/>
        </w:rPr>
        <w:t>ARAŞTIRMACI ETİK KURUL BAŞVURU DİLEKÇESİ</w:t>
      </w:r>
    </w:p>
    <w:p w:rsidR="00AD6123" w:rsidRDefault="00221E37">
      <w:pPr>
        <w:spacing w:after="100" w:line="240" w:lineRule="auto"/>
        <w:jc w:val="both"/>
      </w:pPr>
      <w:r>
        <w:rPr>
          <w:rFonts w:ascii="Times New Roman" w:hAnsi="Times New Roman"/>
          <w:sz w:val="19"/>
        </w:rPr>
        <w:t xml:space="preserve">Aşağıda bilgileri bulunan araştırmanın, Iğdır Üniversitesi Sağlık ve Spor Bilimleri Araştırma ve Yayın </w:t>
      </w:r>
      <w:r>
        <w:rPr>
          <w:rFonts w:ascii="Times New Roman" w:hAnsi="Times New Roman"/>
          <w:sz w:val="19"/>
        </w:rPr>
        <w:t>Etiği Kurulu Çalışma Esas ve Usulleri ile Araştırmacı Başvuru ve Uygulama Rehberi kapsamında araştırma başlamadan önce etik yönden değerlendirilerek karara bağlanmasını arz ederim.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8"/>
        <w:gridCol w:w="6463"/>
      </w:tblGrid>
      <w:tr w:rsidR="00AD6123">
        <w:trPr>
          <w:cantSplit/>
          <w:tblHeader/>
          <w:jc w:val="center"/>
        </w:trPr>
        <w:tc>
          <w:tcPr>
            <w:tcW w:w="2608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Başvuru bilgisi</w:t>
            </w:r>
          </w:p>
        </w:tc>
        <w:tc>
          <w:tcPr>
            <w:tcW w:w="6463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Araştırmacı tarafından doldurulacak alan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 xml:space="preserve">Araştırmanın tam </w:t>
            </w:r>
            <w:r>
              <w:rPr>
                <w:rFonts w:ascii="Times New Roman" w:hAnsi="Times New Roman"/>
                <w:sz w:val="18"/>
              </w:rPr>
              <w:t>adı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[Bu alana yazınız.]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Başvuru sahibi / araştırma sorumlusu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Unvanı, adı ve soyadı: [Yazınız]</w:t>
            </w:r>
            <w:r>
              <w:rPr>
                <w:rFonts w:ascii="Times New Roman" w:hAnsi="Times New Roman"/>
                <w:sz w:val="18"/>
              </w:rPr>
              <w:br/>
              <w:t>Kurum, birim ve bölüm/ABD: [Yazınız]</w:t>
            </w:r>
            <w:r>
              <w:rPr>
                <w:rFonts w:ascii="Times New Roman" w:hAnsi="Times New Roman"/>
                <w:sz w:val="18"/>
              </w:rPr>
              <w:br/>
              <w:t>Telefon: [Yazınız]   E-posta: [Yazınız]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Başvuru tarihi ve niteliği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Tarih: [Yazınız]</w:t>
            </w:r>
            <w:r>
              <w:rPr>
                <w:rFonts w:ascii="Times New Roman" w:hAnsi="Times New Roman"/>
                <w:sz w:val="18"/>
              </w:rPr>
              <w:br/>
              <w:t xml:space="preserve">☐ İlk başvuru   ☐ Düzeltme sonrası </w:t>
            </w:r>
            <w:r>
              <w:rPr>
                <w:rFonts w:ascii="Times New Roman" w:hAnsi="Times New Roman"/>
                <w:sz w:val="18"/>
              </w:rPr>
              <w:t>yeniden sunum   ☐ Görev alanı görüşü   ☐ Çok merkezli araştırma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Araştırma alanı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Sağlık bilimleri   ☐ Spor bilimleri   ☐ Sağlık ve spor bilimleri   ☐ Disiplinler arası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Önerilen araştırma sınıfı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Girişimsel olmayan   ☐ Prospektif gözlemsel   ☐ Retrospek</w:t>
            </w:r>
            <w:r>
              <w:rPr>
                <w:rFonts w:ascii="Times New Roman" w:hAnsi="Times New Roman"/>
                <w:sz w:val="18"/>
              </w:rPr>
              <w:t>tif kayıt/veri</w:t>
            </w:r>
            <w:r>
              <w:rPr>
                <w:rFonts w:ascii="Times New Roman" w:hAnsi="Times New Roman"/>
                <w:sz w:val="18"/>
              </w:rPr>
              <w:br/>
              <w:t>☐ Klinik araştırma niteliği taşımayan girişimsel   ☐ Görev alanı/yönlendirme değerlendirmesi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Öğrenci araştırması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Hayır   ☐ Evet</w:t>
            </w:r>
            <w:r>
              <w:rPr>
                <w:rFonts w:ascii="Times New Roman" w:hAnsi="Times New Roman"/>
                <w:sz w:val="18"/>
              </w:rPr>
              <w:br/>
              <w:t>Öğrencinin adı, programı ve numarası: [Yazınız]</w:t>
            </w:r>
            <w:r>
              <w:rPr>
                <w:rFonts w:ascii="Times New Roman" w:hAnsi="Times New Roman"/>
                <w:sz w:val="18"/>
              </w:rPr>
              <w:br/>
              <w:t>Danışmanın unvanı, adı soyadı ve birimi: [Yazınız]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Üniversite</w:t>
            </w:r>
            <w:r>
              <w:rPr>
                <w:rFonts w:ascii="Times New Roman" w:hAnsi="Times New Roman"/>
                <w:sz w:val="18"/>
              </w:rPr>
              <w:t xml:space="preserve"> dışı başvuru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Hayır   ☐ Evet – EK-2/A Üniversite Dışından Başvuru Ek Formu ile gerekli resmî belgeler başvuru dosyasına eklenmiştir.</w:t>
            </w:r>
          </w:p>
        </w:tc>
      </w:tr>
    </w:tbl>
    <w:p w:rsidR="00AD6123" w:rsidRDefault="00221E37">
      <w:pPr>
        <w:keepNext/>
        <w:spacing w:before="100" w:after="60" w:line="240" w:lineRule="auto"/>
        <w:jc w:val="center"/>
      </w:pPr>
      <w:r>
        <w:rPr>
          <w:rFonts w:ascii="Times New Roman" w:hAnsi="Times New Roman"/>
          <w:b/>
        </w:rPr>
        <w:t>Başvuru sahibinin beyan ve taahhütleri</w:t>
      </w:r>
    </w:p>
    <w:p w:rsidR="00AD6123" w:rsidRDefault="00221E37">
      <w:pPr>
        <w:spacing w:after="40" w:line="240" w:lineRule="auto"/>
        <w:jc w:val="both"/>
      </w:pPr>
      <w:r>
        <w:rPr>
          <w:rFonts w:ascii="Times New Roman" w:hAnsi="Times New Roman"/>
          <w:sz w:val="17"/>
        </w:rPr>
        <w:t xml:space="preserve">1. Katılımcı daveti veya kabulü, aydınlatılmış onam/olur alma, veri toplama, </w:t>
      </w:r>
      <w:r>
        <w:rPr>
          <w:rFonts w:ascii="Times New Roman" w:hAnsi="Times New Roman"/>
          <w:sz w:val="17"/>
        </w:rPr>
        <w:t>araştırma amacıyla kayıt erişimi, test, ölçüm, egzersiz, uygulama, görüşme veya gözlem dâhil araştırmaya özgü hiçbir işleme başlanmadığını; başlamış veya tamamlanmış bir araştırma için geriye dönük etik uygunluk talep etmediğimi beyan ederim.</w:t>
      </w:r>
    </w:p>
    <w:p w:rsidR="00AD6123" w:rsidRDefault="00221E37">
      <w:pPr>
        <w:spacing w:after="40" w:line="240" w:lineRule="auto"/>
        <w:jc w:val="both"/>
      </w:pPr>
      <w:r>
        <w:rPr>
          <w:rFonts w:ascii="Times New Roman" w:hAnsi="Times New Roman"/>
          <w:sz w:val="17"/>
        </w:rPr>
        <w:t>2. Başvuru do</w:t>
      </w:r>
      <w:r>
        <w:rPr>
          <w:rFonts w:ascii="Times New Roman" w:hAnsi="Times New Roman"/>
          <w:sz w:val="17"/>
        </w:rPr>
        <w:t>syasındaki bilgi ve belgelerin doğru, güncel ve birbiriyle uyumlu olduğunu; araştırmayı yalnızca Kurulca uygun bulunan protokol, araştırma ekibi, merkez, veri akışı ve süre kapsamında yürüteceğimi kabul ederim.</w:t>
      </w:r>
    </w:p>
    <w:p w:rsidR="00AD6123" w:rsidRDefault="00221E37">
      <w:pPr>
        <w:spacing w:after="40" w:line="240" w:lineRule="auto"/>
        <w:jc w:val="both"/>
      </w:pPr>
      <w:r>
        <w:rPr>
          <w:rFonts w:ascii="Times New Roman" w:hAnsi="Times New Roman"/>
          <w:sz w:val="17"/>
        </w:rPr>
        <w:t>3. Etik uygunluk kararının kurum, hastane, ok</w:t>
      </w:r>
      <w:r>
        <w:rPr>
          <w:rFonts w:ascii="Times New Roman" w:hAnsi="Times New Roman"/>
          <w:sz w:val="17"/>
        </w:rPr>
        <w:t>ul, kulüp, federasyon, tesis, veri erişimi, ölçek/test, telif veya özel mevzuatta öngörülen diğer idarî ve yasal izinlerin yerine geçmediğini kabul ederim.</w:t>
      </w:r>
    </w:p>
    <w:p w:rsidR="00AD6123" w:rsidRDefault="00221E37">
      <w:pPr>
        <w:spacing w:after="40" w:line="240" w:lineRule="auto"/>
        <w:jc w:val="both"/>
      </w:pPr>
      <w:r>
        <w:rPr>
          <w:rFonts w:ascii="Times New Roman" w:hAnsi="Times New Roman"/>
          <w:sz w:val="17"/>
        </w:rPr>
        <w:t xml:space="preserve">4. Önemli protokol değişikliklerini uygulamadan önce Kurula sunacağımı; acil güvenlik önlemleri ile </w:t>
      </w:r>
      <w:r>
        <w:rPr>
          <w:rFonts w:ascii="Times New Roman" w:hAnsi="Times New Roman"/>
          <w:sz w:val="17"/>
        </w:rPr>
        <w:t>istenmeyen olay, sakatlanma, şikâyet, protokol sapması ve veri güvenliği ihlallerini Çalışma Esas ve Usullerinde belirtilen süre ve usullerde bildireceğimi taahhüt ederim.</w:t>
      </w:r>
    </w:p>
    <w:p w:rsidR="00AD6123" w:rsidRDefault="00221E37">
      <w:pPr>
        <w:keepNext/>
        <w:pageBreakBefore/>
        <w:spacing w:before="80" w:after="60" w:line="240" w:lineRule="auto"/>
        <w:jc w:val="center"/>
      </w:pPr>
      <w:r>
        <w:rPr>
          <w:rFonts w:ascii="Times New Roman" w:hAnsi="Times New Roman"/>
          <w:b/>
        </w:rPr>
        <w:lastRenderedPageBreak/>
        <w:t>Başvuru dosyası ekleri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722"/>
        <w:gridCol w:w="3906"/>
      </w:tblGrid>
      <w:tr w:rsidR="00AD6123">
        <w:trPr>
          <w:cantSplit/>
          <w:tblHeader/>
          <w:jc w:val="center"/>
        </w:trPr>
        <w:tc>
          <w:tcPr>
            <w:tcW w:w="6803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Belge</w:t>
            </w:r>
          </w:p>
        </w:tc>
        <w:tc>
          <w:tcPr>
            <w:tcW w:w="2268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Durum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Form 1 Araştırma Başvuru İçerik Formu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</w:t>
            </w:r>
            <w:r>
              <w:rPr>
                <w:rFonts w:ascii="Times New Roman" w:hAnsi="Times New Roman"/>
                <w:sz w:val="18"/>
              </w:rPr>
              <w:t xml:space="preserve">  ☐ Uygulanmaz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Araştırma protokolü, yöntem ve analiz planı ile veri toplama araçları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  ☐ Uygulanmaz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Form 4 Aydınlatılmış Onam; gerekiyorsa Form 5 veya Form 6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  ☐ Uygulanmaz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Araştırmanın niteliğine göre Form 2, Form 3 ve/veya Form 7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  ☐ Uygulanmaz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Risk değerlendirmesi, sağlık taraması, durdurma ve acil durum planı ile araştırmacı yeterlilik belgeleri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  ☐ Uygulanmaz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Kurum/veri/tesis izinleri veya izin planı; ölçek/test/telif izinleri; finansman ve çıkar çatışması b</w:t>
            </w:r>
            <w:r>
              <w:rPr>
                <w:rFonts w:ascii="Times New Roman" w:hAnsi="Times New Roman"/>
                <w:sz w:val="18"/>
              </w:rPr>
              <w:t>eyanı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  ☐ Uygulanmaz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Düzeltme başvurusunda cevap yazısı, değişiklik tablosu ve tarih-sürüm bilgili güncel belgeler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  ☐ Uygulanmaz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Üniversite dışı başvuruda EK-2/A ve destekleyici resmî belgeler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  ☐ Uygulanmaz</w:t>
            </w:r>
          </w:p>
        </w:tc>
      </w:tr>
      <w:tr w:rsidR="00AD6123">
        <w:trPr>
          <w:cantSplit/>
          <w:tblHeader/>
          <w:jc w:val="center"/>
        </w:trPr>
        <w:tc>
          <w:tcPr>
            <w:tcW w:w="4535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 xml:space="preserve">Araştırma </w:t>
            </w:r>
            <w:r>
              <w:rPr>
                <w:rFonts w:ascii="Times New Roman" w:hAnsi="Times New Roman"/>
                <w:b/>
                <w:sz w:val="18"/>
              </w:rPr>
              <w:t>sorumlusu</w:t>
            </w:r>
          </w:p>
        </w:tc>
        <w:tc>
          <w:tcPr>
            <w:tcW w:w="4535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Öğrenci araştırmasında danışman</w:t>
            </w:r>
          </w:p>
        </w:tc>
      </w:tr>
      <w:tr w:rsidR="00AD6123">
        <w:trPr>
          <w:cantSplit/>
          <w:jc w:val="center"/>
        </w:trPr>
        <w:tc>
          <w:tcPr>
            <w:tcW w:w="45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Adı soyadı: [Yazınız]</w:t>
            </w:r>
            <w:r>
              <w:rPr>
                <w:rFonts w:ascii="Times New Roman" w:hAnsi="Times New Roman"/>
                <w:sz w:val="18"/>
              </w:rPr>
              <w:br/>
              <w:t>Tarih: [Yazınız]</w:t>
            </w:r>
            <w:r>
              <w:rPr>
                <w:rFonts w:ascii="Times New Roman" w:hAnsi="Times New Roman"/>
                <w:sz w:val="18"/>
              </w:rPr>
              <w:br/>
              <w:t>İmza: [İmzalanacaktır]</w:t>
            </w:r>
          </w:p>
        </w:tc>
        <w:tc>
          <w:tcPr>
            <w:tcW w:w="45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Adı soyadı: [Yazınız]</w:t>
            </w:r>
            <w:r>
              <w:rPr>
                <w:rFonts w:ascii="Times New Roman" w:hAnsi="Times New Roman"/>
                <w:sz w:val="18"/>
              </w:rPr>
              <w:br/>
              <w:t>Tarih: [Yazınız]</w:t>
            </w:r>
            <w:r>
              <w:rPr>
                <w:rFonts w:ascii="Times New Roman" w:hAnsi="Times New Roman"/>
                <w:sz w:val="18"/>
              </w:rPr>
              <w:br/>
              <w:t>İmza: [İmzalanacaktır]</w:t>
            </w:r>
          </w:p>
        </w:tc>
      </w:tr>
    </w:tbl>
    <w:p w:rsidR="00AD6123" w:rsidRDefault="00221E37">
      <w:pPr>
        <w:spacing w:before="80" w:after="0" w:line="240" w:lineRule="auto"/>
        <w:jc w:val="both"/>
      </w:pPr>
      <w:r>
        <w:rPr>
          <w:rFonts w:ascii="Times New Roman" w:hAnsi="Times New Roman"/>
          <w:sz w:val="17"/>
        </w:rPr>
        <w:t xml:space="preserve">Not: Bilimsel araştırma ve yayın etiği ihlali iddiaları bu dilekçeyle değil, Form 10 </w:t>
      </w:r>
      <w:r>
        <w:rPr>
          <w:rFonts w:ascii="Times New Roman" w:hAnsi="Times New Roman"/>
          <w:sz w:val="17"/>
        </w:rPr>
        <w:t>kullanılarak Rektörlüğe sunulur.</w:t>
      </w:r>
    </w:p>
    <w:p w:rsidR="00AD6123" w:rsidRDefault="00221E37">
      <w:r>
        <w:br w:type="page"/>
      </w:r>
    </w:p>
    <w:p w:rsidR="00AD6123" w:rsidRDefault="00221E37">
      <w:pPr>
        <w:spacing w:after="40" w:line="240" w:lineRule="auto"/>
        <w:jc w:val="center"/>
      </w:pPr>
      <w:r>
        <w:rPr>
          <w:rFonts w:ascii="Times New Roman" w:hAnsi="Times New Roman"/>
          <w:b/>
        </w:rPr>
        <w:lastRenderedPageBreak/>
        <w:t>EK-2/A</w:t>
      </w:r>
    </w:p>
    <w:p w:rsidR="00AD6123" w:rsidRDefault="00221E37">
      <w:pPr>
        <w:spacing w:after="0" w:line="240" w:lineRule="auto"/>
        <w:jc w:val="center"/>
      </w:pPr>
      <w:r>
        <w:rPr>
          <w:rFonts w:ascii="Times New Roman" w:hAnsi="Times New Roman"/>
          <w:b/>
          <w:sz w:val="22"/>
        </w:rPr>
        <w:t>T.C.</w:t>
      </w:r>
    </w:p>
    <w:p w:rsidR="00AD6123" w:rsidRDefault="00221E37">
      <w:pPr>
        <w:spacing w:after="0" w:line="240" w:lineRule="auto"/>
        <w:jc w:val="center"/>
      </w:pPr>
      <w:r>
        <w:rPr>
          <w:rFonts w:ascii="Times New Roman" w:hAnsi="Times New Roman"/>
          <w:b/>
          <w:sz w:val="22"/>
        </w:rPr>
        <w:t>IĞDIR ÜNİVERSİTESİ REKTÖRLÜĞÜ</w:t>
      </w:r>
    </w:p>
    <w:p w:rsidR="00AD6123" w:rsidRDefault="00221E37">
      <w:pPr>
        <w:spacing w:after="120" w:line="240" w:lineRule="auto"/>
        <w:jc w:val="center"/>
      </w:pPr>
      <w:r>
        <w:rPr>
          <w:rFonts w:ascii="Times New Roman" w:hAnsi="Times New Roman"/>
          <w:b/>
          <w:sz w:val="21"/>
        </w:rPr>
        <w:t>SAĞLIK VE SPOR BİLİMLERİ ARAŞTIRMA VE YAYIN ETİĞİ KURULU BAŞKANLIĞINA</w:t>
      </w:r>
    </w:p>
    <w:p w:rsidR="00AD6123" w:rsidRDefault="00221E37">
      <w:pPr>
        <w:keepNext/>
        <w:spacing w:after="140" w:line="240" w:lineRule="auto"/>
        <w:jc w:val="center"/>
      </w:pPr>
      <w:r>
        <w:rPr>
          <w:rFonts w:ascii="Times New Roman" w:hAnsi="Times New Roman"/>
          <w:b/>
          <w:sz w:val="24"/>
        </w:rPr>
        <w:t>ÜNİVERSİTE DIŞINDAN BAŞVURU EK FORMU</w:t>
      </w:r>
    </w:p>
    <w:p w:rsidR="00AD6123" w:rsidRDefault="00221E37">
      <w:pPr>
        <w:spacing w:after="100" w:line="240" w:lineRule="auto"/>
        <w:jc w:val="both"/>
      </w:pPr>
      <w:r>
        <w:rPr>
          <w:rFonts w:ascii="Times New Roman" w:hAnsi="Times New Roman"/>
          <w:sz w:val="18"/>
        </w:rPr>
        <w:t>Bu form, araştırma sorumlusunun Iğdır Üniversitesi mensubu olmadığı başv</w:t>
      </w:r>
      <w:r>
        <w:rPr>
          <w:rFonts w:ascii="Times New Roman" w:hAnsi="Times New Roman"/>
          <w:sz w:val="18"/>
        </w:rPr>
        <w:t>urularda EK-2 ve araştırmanın niteliğine uygun diğer başvuru belgeleriyle birlikte Rektörlük aracılığıyla sunulur. Yalnızca yayın amacıyla etik uygunluk belgesi talep edilmesi, Iğdır Üniversitesiyle kurumsal bağlantı için yeterli değildir.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608"/>
        <w:gridCol w:w="6463"/>
      </w:tblGrid>
      <w:tr w:rsidR="00AD6123">
        <w:trPr>
          <w:cantSplit/>
          <w:tblHeader/>
          <w:jc w:val="center"/>
        </w:trPr>
        <w:tc>
          <w:tcPr>
            <w:tcW w:w="2608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Başvuru alanı</w:t>
            </w:r>
          </w:p>
        </w:tc>
        <w:tc>
          <w:tcPr>
            <w:tcW w:w="6463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Aç</w:t>
            </w:r>
            <w:r>
              <w:rPr>
                <w:rFonts w:ascii="Times New Roman" w:hAnsi="Times New Roman"/>
                <w:b/>
                <w:sz w:val="18"/>
              </w:rPr>
              <w:t>ıklama ve belge bilgisi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Başvuru sahibi / araştırma sorumlusu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Unvanı, adı ve soyadı: [Yazınız]</w:t>
            </w:r>
            <w:r>
              <w:rPr>
                <w:rFonts w:ascii="Times New Roman" w:hAnsi="Times New Roman"/>
                <w:sz w:val="18"/>
              </w:rPr>
              <w:br/>
              <w:t>Bağlı bulunduğu kurum ve birim: [Yazınız]</w:t>
            </w:r>
            <w:r>
              <w:rPr>
                <w:rFonts w:ascii="Times New Roman" w:hAnsi="Times New Roman"/>
                <w:sz w:val="18"/>
              </w:rPr>
              <w:br/>
              <w:t>Adres: [Yazınız]</w:t>
            </w:r>
            <w:r>
              <w:rPr>
                <w:rFonts w:ascii="Times New Roman" w:hAnsi="Times New Roman"/>
                <w:sz w:val="18"/>
              </w:rPr>
              <w:br/>
              <w:t>Telefon: [Yazınız]   E-posta: [Yazınız]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Araştırmanın tam adı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[Bu alana yazınız.]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 xml:space="preserve">Iğdır </w:t>
            </w:r>
            <w:r>
              <w:rPr>
                <w:rFonts w:ascii="Times New Roman" w:hAnsi="Times New Roman"/>
                <w:sz w:val="18"/>
              </w:rPr>
              <w:t>Üniversitesiyle bağlantı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İş birliği   ☐ Protokol   ☐ Proje   ☐ Görevlendirme   ☐ Veri kullanımı   ☐ Uygulama yeri   ☐ Diğer: [Yazınız]</w:t>
            </w:r>
            <w:r>
              <w:rPr>
                <w:rFonts w:ascii="Times New Roman" w:hAnsi="Times New Roman"/>
                <w:sz w:val="18"/>
              </w:rPr>
              <w:br/>
              <w:t>Bağlantıyı gösteren belgenin adı, tarihi ve sayısı: [Yazınız]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Başvuru sahibinin kurumundaki etik kurul durumu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Araştı</w:t>
            </w:r>
            <w:r>
              <w:rPr>
                <w:rFonts w:ascii="Times New Roman" w:hAnsi="Times New Roman"/>
                <w:sz w:val="18"/>
              </w:rPr>
              <w:t>rmayı değerlendirebilecek yetkili bir etik kurul bulunmamaktadır.</w:t>
            </w:r>
            <w:r>
              <w:rPr>
                <w:rFonts w:ascii="Times New Roman" w:hAnsi="Times New Roman"/>
                <w:sz w:val="18"/>
              </w:rPr>
              <w:br/>
              <w:t>☐ Araştırma, kurumda bulunan etik kurulun görev alanına girmemektedir.</w:t>
            </w:r>
            <w:r>
              <w:rPr>
                <w:rFonts w:ascii="Times New Roman" w:hAnsi="Times New Roman"/>
                <w:sz w:val="18"/>
              </w:rPr>
              <w:br/>
              <w:t>☐ Durumu gösteren resmî belge ektedir.</w:t>
            </w:r>
            <w:r>
              <w:rPr>
                <w:rFonts w:ascii="Times New Roman" w:hAnsi="Times New Roman"/>
                <w:sz w:val="18"/>
              </w:rPr>
              <w:br/>
              <w:t>☐ Resmî belge temin edilememiştir; gerekçeli beyan ve destekleyici belgeler ekte</w:t>
            </w:r>
            <w:r>
              <w:rPr>
                <w:rFonts w:ascii="Times New Roman" w:hAnsi="Times New Roman"/>
                <w:sz w:val="18"/>
              </w:rPr>
              <w:t>dir.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Iğdır Üniversitesi akademik irtibat kişisi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Belirlenmiştir   ☐ Bulunmamaktadır</w:t>
            </w:r>
            <w:r>
              <w:rPr>
                <w:rFonts w:ascii="Times New Roman" w:hAnsi="Times New Roman"/>
                <w:sz w:val="18"/>
              </w:rPr>
              <w:br/>
              <w:t>Unvanı, adı soyadı, birimi ve iletişim bilgileri: [Yazınız]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Araştırma, uygulama ve veri yerleri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 xml:space="preserve">Kurum, birim, hastane, okul, kulüp, tesis, laboratuvar veya veri sahibi: </w:t>
            </w:r>
            <w:r>
              <w:rPr>
                <w:rFonts w:ascii="Times New Roman" w:hAnsi="Times New Roman"/>
                <w:sz w:val="18"/>
              </w:rPr>
              <w:t>[Yazınız]</w:t>
            </w:r>
            <w:r>
              <w:rPr>
                <w:rFonts w:ascii="Times New Roman" w:hAnsi="Times New Roman"/>
                <w:sz w:val="18"/>
              </w:rPr>
              <w:br/>
              <w:t>☐ İzin alındı ve ektedir.   ☐ Etik uygunluk sonrasında alınacaktır.   ☐ İzin planı ektedir.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Çok merkezli araştırma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Hayır   ☐ Evet</w:t>
            </w:r>
            <w:r>
              <w:rPr>
                <w:rFonts w:ascii="Times New Roman" w:hAnsi="Times New Roman"/>
                <w:sz w:val="18"/>
              </w:rPr>
              <w:br/>
              <w:t>Koordinatör merkez ve sorumlu araştırmacı: [Yazınız]</w:t>
            </w:r>
            <w:r>
              <w:rPr>
                <w:rFonts w:ascii="Times New Roman" w:hAnsi="Times New Roman"/>
                <w:sz w:val="18"/>
              </w:rPr>
              <w:br/>
              <w:t>Merkezlerin görevleri, veri paylaşımı ve güvenliği ile varsa</w:t>
            </w:r>
            <w:r>
              <w:rPr>
                <w:rFonts w:ascii="Times New Roman" w:hAnsi="Times New Roman"/>
                <w:sz w:val="18"/>
              </w:rPr>
              <w:t xml:space="preserve"> diğer etik kurul kararları: [Yazınız]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Veri kullanımı ve aktarımı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Verinin sahibi ve kaynağı: [Yazınız]</w:t>
            </w:r>
            <w:r>
              <w:rPr>
                <w:rFonts w:ascii="Times New Roman" w:hAnsi="Times New Roman"/>
                <w:sz w:val="18"/>
              </w:rPr>
              <w:br/>
              <w:t>Iğdır Üniversitesiyle veri paylaşımı/aktarımı: ☐ Yok   ☐ Var – Kapsam, hukukî dayanak ve güvenlik önlemleri: [Yazınız]</w:t>
            </w:r>
          </w:p>
        </w:tc>
      </w:tr>
      <w:tr w:rsidR="00AD6123">
        <w:trPr>
          <w:cantSplit/>
          <w:jc w:val="center"/>
        </w:trPr>
        <w:tc>
          <w:tcPr>
            <w:tcW w:w="260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Diğer kurul ve kurum kararları</w:t>
            </w:r>
          </w:p>
        </w:tc>
        <w:tc>
          <w:tcPr>
            <w:tcW w:w="646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Varsa etik kurul/kurum adı, karar tarihi ve sayısı: [Yazınız]</w:t>
            </w:r>
            <w:r>
              <w:rPr>
                <w:rFonts w:ascii="Times New Roman" w:hAnsi="Times New Roman"/>
                <w:sz w:val="18"/>
              </w:rPr>
              <w:br/>
              <w:t>Karar veya izin belgesi: ☐ Eklendi   ☐ Bulunmamaktadır   ☐ Başvuru sürecindedir</w:t>
            </w:r>
          </w:p>
        </w:tc>
      </w:tr>
    </w:tbl>
    <w:p w:rsidR="00AD6123" w:rsidRDefault="00221E37">
      <w:pPr>
        <w:keepNext/>
        <w:pageBreakBefore/>
        <w:spacing w:before="100" w:after="60" w:line="240" w:lineRule="auto"/>
        <w:jc w:val="center"/>
      </w:pPr>
      <w:r>
        <w:rPr>
          <w:rFonts w:ascii="Times New Roman" w:hAnsi="Times New Roman"/>
          <w:b/>
        </w:rPr>
        <w:lastRenderedPageBreak/>
        <w:t>Üniversite dışı başvuru belge kontrolü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6803"/>
        <w:gridCol w:w="2268"/>
      </w:tblGrid>
      <w:tr w:rsidR="00AD6123">
        <w:trPr>
          <w:cantSplit/>
          <w:tblHeader/>
          <w:jc w:val="center"/>
        </w:trPr>
        <w:tc>
          <w:tcPr>
            <w:tcW w:w="6803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Belge</w:t>
            </w:r>
          </w:p>
        </w:tc>
        <w:tc>
          <w:tcPr>
            <w:tcW w:w="2268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Durum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 xml:space="preserve">Iğdır Üniversitesiyle bağlantıyı gösteren iş birliği, </w:t>
            </w:r>
            <w:r>
              <w:rPr>
                <w:rFonts w:ascii="Times New Roman" w:hAnsi="Times New Roman"/>
                <w:sz w:val="18"/>
              </w:rPr>
              <w:t>protokol, proje, görevlendirme, veri kullanımı veya uygulama yeri belgesi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Başvuru sahibinin kurumunda yetkili etik kurul bulunmadığını veya başvurunun mevcut kurulun görev alanına girmediğini gösteren resmî belge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  ☐ Gerekçeli beyan su</w:t>
            </w:r>
            <w:r>
              <w:rPr>
                <w:rFonts w:ascii="Times New Roman" w:hAnsi="Times New Roman"/>
                <w:sz w:val="18"/>
              </w:rPr>
              <w:t>nuldu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Araştırmanın yürütüleceği kurum/kuruluşlardan alınmış izinler veya izin planı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  ☐ Etik uygunluk sonrası alınacak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Çok merkezli araştırmada koordinatör merkez bilgileri, görev dağılımı, veri paylaşımı/güvenliği ve diğer etik kurul kararları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☐</w:t>
            </w:r>
            <w:r>
              <w:rPr>
                <w:rFonts w:ascii="Times New Roman" w:hAnsi="Times New Roman"/>
                <w:sz w:val="18"/>
              </w:rPr>
              <w:t xml:space="preserve"> Eklendi   ☐ Uygulanmaz</w:t>
            </w:r>
          </w:p>
        </w:tc>
      </w:tr>
      <w:tr w:rsidR="00AD6123">
        <w:trPr>
          <w:cantSplit/>
          <w:jc w:val="center"/>
        </w:trPr>
        <w:tc>
          <w:tcPr>
            <w:tcW w:w="680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Diğer destekleyici belgeler</w:t>
            </w:r>
          </w:p>
        </w:tc>
        <w:tc>
          <w:tcPr>
            <w:tcW w:w="2268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Belge adı: [Yazınız]</w:t>
            </w:r>
          </w:p>
        </w:tc>
      </w:tr>
    </w:tbl>
    <w:p w:rsidR="00AD6123" w:rsidRDefault="00221E37">
      <w:pPr>
        <w:keepNext/>
        <w:spacing w:before="100" w:after="60" w:line="240" w:lineRule="auto"/>
        <w:jc w:val="center"/>
      </w:pPr>
      <w:r>
        <w:rPr>
          <w:rFonts w:ascii="Times New Roman" w:hAnsi="Times New Roman"/>
          <w:b/>
        </w:rPr>
        <w:t>Başvuru sahibinin beyanı</w:t>
      </w:r>
    </w:p>
    <w:p w:rsidR="00AD6123" w:rsidRDefault="00221E37">
      <w:pPr>
        <w:spacing w:line="240" w:lineRule="auto"/>
        <w:jc w:val="both"/>
      </w:pPr>
      <w:r>
        <w:rPr>
          <w:rFonts w:ascii="Times New Roman" w:hAnsi="Times New Roman"/>
          <w:sz w:val="18"/>
        </w:rPr>
        <w:t xml:space="preserve">Başvuruda sunduğum bilgi ve belgelerin doğru ve güncel olduğunu; araştırma için gerekli idarî ve yasal izinleri almanın başvuru sahibinin sorumluluğunda </w:t>
      </w:r>
      <w:r>
        <w:rPr>
          <w:rFonts w:ascii="Times New Roman" w:hAnsi="Times New Roman"/>
          <w:sz w:val="18"/>
        </w:rPr>
        <w:t>bulunduğunu; Kurulun vereceği etik uygunluk kararının kurum, uygulama yeri, tesis, veri erişimi veya özel mevzuat izinlerinin yerine geçmediğini ve Iğdır Üniversitesine araştırmayla ilgili doğrudan idarî, hukukî, malî veya bilimsel sorumluluk yüklemediğini</w:t>
      </w:r>
      <w:r>
        <w:rPr>
          <w:rFonts w:ascii="Times New Roman" w:hAnsi="Times New Roman"/>
          <w:sz w:val="18"/>
        </w:rPr>
        <w:t xml:space="preserve"> kabul ve beyan ederim.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4535"/>
      </w:tblGrid>
      <w:tr w:rsidR="00AD6123">
        <w:trPr>
          <w:cantSplit/>
          <w:tblHeader/>
          <w:jc w:val="center"/>
        </w:trPr>
        <w:tc>
          <w:tcPr>
            <w:tcW w:w="4535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Başvuru sahibi / araştırma sorumlusu</w:t>
            </w:r>
          </w:p>
        </w:tc>
        <w:tc>
          <w:tcPr>
            <w:tcW w:w="4535" w:type="dxa"/>
            <w:shd w:val="clear" w:color="auto" w:fill="D9E2F3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  <w:jc w:val="center"/>
            </w:pPr>
            <w:r>
              <w:rPr>
                <w:rFonts w:ascii="Times New Roman" w:hAnsi="Times New Roman"/>
                <w:b/>
                <w:sz w:val="18"/>
              </w:rPr>
              <w:t>Varsa Iğdır Üniversitesi akademik irtibat kişisi</w:t>
            </w:r>
          </w:p>
        </w:tc>
      </w:tr>
      <w:tr w:rsidR="00AD6123">
        <w:trPr>
          <w:cantSplit/>
          <w:jc w:val="center"/>
        </w:trPr>
        <w:tc>
          <w:tcPr>
            <w:tcW w:w="45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Adı soyadı: [Yazınız]</w:t>
            </w:r>
            <w:r>
              <w:rPr>
                <w:rFonts w:ascii="Times New Roman" w:hAnsi="Times New Roman"/>
                <w:sz w:val="18"/>
              </w:rPr>
              <w:br/>
              <w:t>Tarih: [Yazınız]</w:t>
            </w:r>
            <w:r>
              <w:rPr>
                <w:rFonts w:ascii="Times New Roman" w:hAnsi="Times New Roman"/>
                <w:sz w:val="18"/>
              </w:rPr>
              <w:br/>
              <w:t>İmza: [İmzalanacaktır]</w:t>
            </w:r>
          </w:p>
        </w:tc>
        <w:tc>
          <w:tcPr>
            <w:tcW w:w="4535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:rsidR="00AD6123" w:rsidRDefault="00221E37">
            <w:pPr>
              <w:spacing w:after="20" w:line="240" w:lineRule="auto"/>
            </w:pPr>
            <w:r>
              <w:rPr>
                <w:rFonts w:ascii="Times New Roman" w:hAnsi="Times New Roman"/>
                <w:sz w:val="18"/>
              </w:rPr>
              <w:t>Adı soyadı: [Yazınız]</w:t>
            </w:r>
            <w:r>
              <w:rPr>
                <w:rFonts w:ascii="Times New Roman" w:hAnsi="Times New Roman"/>
                <w:sz w:val="18"/>
              </w:rPr>
              <w:br/>
              <w:t>Birim: [Yazınız]</w:t>
            </w:r>
            <w:r>
              <w:rPr>
                <w:rFonts w:ascii="Times New Roman" w:hAnsi="Times New Roman"/>
                <w:sz w:val="18"/>
              </w:rPr>
              <w:br/>
              <w:t>Tarih: [Yazınız]</w:t>
            </w:r>
            <w:r>
              <w:rPr>
                <w:rFonts w:ascii="Times New Roman" w:hAnsi="Times New Roman"/>
                <w:sz w:val="18"/>
              </w:rPr>
              <w:br/>
              <w:t>İmza: [İmzalanacaktır]</w:t>
            </w:r>
          </w:p>
        </w:tc>
      </w:tr>
    </w:tbl>
    <w:p w:rsidR="00AD6123" w:rsidRDefault="00221E37">
      <w:pPr>
        <w:spacing w:before="80" w:after="0" w:line="240" w:lineRule="auto"/>
        <w:jc w:val="both"/>
      </w:pPr>
      <w:r>
        <w:rPr>
          <w:rFonts w:ascii="Times New Roman" w:hAnsi="Times New Roman"/>
          <w:sz w:val="17"/>
        </w:rPr>
        <w:t>Kurul gerektiğinde ek bilgi veya belge sunulmasını ve Iğdır Üniversitesinden bir akademik irtibat kişisi belirlenmesini isteyebilir. Başvurunun kabul edilmesi etik uygunluk kararı verileceği anlamına gelmez.</w:t>
      </w:r>
    </w:p>
    <w:sectPr w:rsidR="00AD6123" w:rsidSect="00034616">
      <w:footerReference w:type="default" r:id="rId8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E37" w:rsidRDefault="00221E37">
      <w:pPr>
        <w:spacing w:after="0" w:line="240" w:lineRule="auto"/>
      </w:pPr>
      <w:r>
        <w:separator/>
      </w:r>
    </w:p>
  </w:endnote>
  <w:endnote w:type="continuationSeparator" w:id="0">
    <w:p w:rsidR="00221E37" w:rsidRDefault="00221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59F" w:rsidRDefault="009759E1">
    <w:pPr>
      <w:pStyle w:val="AltBilgi"/>
      <w:jc w:val="center"/>
    </w:pPr>
    <w:r>
      <w:rPr>
        <w:sz w:val="16"/>
      </w:rPr>
      <w:t xml:space="preserve">Sayfa </w:t>
    </w:r>
    <w:r>
      <w:fldChar w:fldCharType="begin"/>
    </w:r>
    <w:r>
      <w:instrText>PAGE</w:instrText>
    </w:r>
    <w:r>
      <w:fldChar w:fldCharType="separate"/>
    </w:r>
    <w:r w:rsidR="00AA196F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E37" w:rsidRDefault="00221E37">
      <w:pPr>
        <w:spacing w:after="0" w:line="240" w:lineRule="auto"/>
      </w:pPr>
      <w:r>
        <w:separator/>
      </w:r>
    </w:p>
  </w:footnote>
  <w:footnote w:type="continuationSeparator" w:id="0">
    <w:p w:rsidR="00221E37" w:rsidRDefault="00221E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C7B5B"/>
    <w:rsid w:val="0015074B"/>
    <w:rsid w:val="00221E37"/>
    <w:rsid w:val="0029639D"/>
    <w:rsid w:val="00326F90"/>
    <w:rsid w:val="0055459F"/>
    <w:rsid w:val="00766BC3"/>
    <w:rsid w:val="008B39AF"/>
    <w:rsid w:val="009759E1"/>
    <w:rsid w:val="00A442BB"/>
    <w:rsid w:val="00A97F67"/>
    <w:rsid w:val="00AA196F"/>
    <w:rsid w:val="00AA1D8D"/>
    <w:rsid w:val="00AD6123"/>
    <w:rsid w:val="00B47730"/>
    <w:rsid w:val="00CB0664"/>
    <w:rsid w:val="00EA4A8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FE1F718-66B4-4CE8-BF80-894A92AB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color w:val="000000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8CAD9B-ECD6-492A-BCB9-E048BF602B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1094</Words>
  <Characters>6240</Characters>
  <Application>Microsoft Office Word</Application>
  <DocSecurity>0</DocSecurity>
  <Lines>52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Iğdır Üniversitesi Sağlık ve Spor Bilimleri Araştırmaları Etik Kurulu Araştırmacı Başvuru Dilekçesi</vt:lpstr>
      <vt:lpstr/>
    </vt:vector>
  </TitlesOfParts>
  <Manager/>
  <Company/>
  <LinksUpToDate>false</LinksUpToDate>
  <CharactersWithSpaces>7320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Iğdır Üniversitesi Sağlık ve Spor Bilimleri Araştırmaları Etik Kurulu Araştırmacı Başvuru Dilekçesi</dc:title>
  <dc:subject>EK-2 Araştırmacı Başvuru Dilekçesi</dc:subject>
  <dc:creator>python-docx</dc:creator>
  <cp:keywords/>
  <dc:description>generated by python-docx</dc:description>
  <cp:lastModifiedBy>A.Bulgurcuoglu</cp:lastModifiedBy>
  <cp:revision>2</cp:revision>
  <dcterms:created xsi:type="dcterms:W3CDTF">2026-10-02T12:32:00Z</dcterms:created>
  <dcterms:modified xsi:type="dcterms:W3CDTF">2026-10-02T12:32:00Z</dcterms:modified>
  <cp:category/>
</cp:coreProperties>
</file>